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ותוצר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הקריטריונים במחוון התהליך ובמחוון התוצר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הרמות מצוין, טוב, מתפתח ועוד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הערכה עצמית לפי מחוון, כולל שימוש הוגן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מחוון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המסר ברור ומקורי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במחוון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קריטריון לתיאור ברמת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 לי תכנון מסודר לכל השלבים)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(המסר ברור ומקורי)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(מראה הבנה עמוקה של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(שואל/ת שאלות מקדמות)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את העבודה ואת כל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מתעדים ביומן בכל שלב מה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ומשפרים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ומספרים מה למדנו ומה היה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והערכה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לקריטריון אחד, מציינת רמה (מצוין/טוב/מתפתח/עוד לא) ומסבירה בדוגמה מהעבודה האישית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אחד מהקריטריונים: תכנון, תיעוד, שיפור, חשיבה על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שהרמות שונות בכמות ובאיכות הביצוע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הוגנות, שקיפות או למידה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את המחוון המלא לצד הדף ולבקש להצביע על המקום המתאים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ולדון יחד בתשובות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לתת דוגמה אמיתית מעבודה שעשו לאחרונה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ותוצר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במחוונים אפשר לראות לא רק את התוצר הסופי, אלא גם איך עבדנו לאורך הדרך - איך תכננו, תיעדנו ושיפרנו. בדף הזה נתרגל להבין ולהשתמש במחוונים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מתעד/ת  ·  הוגן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מחוון מופיע הקריטריון "אני מתעד/ת"?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מחוון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מחוון תוצר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צ'קליסט תצפית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הרמה הגבוהה ביותר בקריטריון "רעיון ומסר"?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המסר ברור ומקורי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המסר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המסר לא מספיק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רמות יש בכל קריטריון במחוונים?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ברמת "מצוין" בקריטריון "אני משפר/ת" כתוב שתיקנתי אחרי משוב והסברתי מה תיקנתי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בצ'קליסט התצפית, הרמה הגבוהה ביותר בשימוש ב-AI היא "בודק/ת ומשנה"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קריטריון לתיאור ברמת מצוין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 מתכנן/ת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מראה הבנה עמוקה של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רעיון ומסר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שואל/ת שאלות מקדמות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 לנושא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 לי תכנון מסודר לכל השלבים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שאלות (תצפית)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המסר ברור ומקורי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בקריטריון "אני __________" ברמת מצוין כתוב: רשמתי ביומן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במחוון התוצר החזותי, הקריטריון שבודק הסבר על שימוש בבינה מלאכותית נקרא שימוש __________ ב-AI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התהליך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משוב ומשפרים את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את העבודה ואת כל השלבים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ומספרים מה למדנו ומה היה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מתעדים ביומן בכל שלב מה עשינו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קריטריון אחד מהמחוון (תכנון, תיעוד, שיפור או חשיבה על הלמידה), וכתבו באיזו רמה אתם נמצאים כרגע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קריטריון אחד שמופיע במחוון התהליך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הרמה מצוין לרמה עוד לא בקריטריון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להערכת תהליך ותוצר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