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להערכת תהליך ותוצר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הקריטריונים במחוון התהליך ובמחוון התוצר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ההבדל בין הרמות מצוין, טוב, מתפתח ועוד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הערכה עצמית לפי מחוון, כולל שימוש הוגן בבינה מלאכותית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מחוון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המסר ברור ומקורי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צ'קליסט תצפית למורה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ציינתי פרומפט ומה שיניתי בעצמי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התמדה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במחוון התהליך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ברמת עוד לא כתוב שהתוצר לא קשור, קשור חלקית זה ברמת מתפתח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בצ'קליסט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המחוון מיועד לכיתות ג'-ו'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כתוב במחוון התהליך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קריטריון לתיאור ברמת מצוין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(יש לי תכנון מסודר לכל השלבים)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(המסר ברור ומקורי)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(מראה הבנה עמוקה של הנושא)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(שואל/ת שאלות מקדמות)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(עוזר/ת ומקשיב/ה)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מתעד/ת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מה המסר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ג'-ו'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התהליך לפי המחוון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מתכננים את העבודה ואת כל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מתעדים ביומן בכל שלב מה עשינו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מקבלים משוב ומשפרים את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חושבים ומספרים מה למדנו ומה היה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והערכה עצמית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לקריטריון אחד, מציינת רמה (מצוין/טוב/מתפתח/עוד לא) ומסבירה בדוגמה מהעבודה האישית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שימוש הוגן כולל ציון שהשתמשנו, איזה פרומפט כתבנו ומה שינינו בעצמנו, לעומת העתקה בלי לציין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מזכירה אחד מהקריטריונים: תכנון, תיעוד, שיפור, חשיבה על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שמראה הבנה שהרמות שונות בכמות ובאיכות הביצוע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הוגנות, שקיפות או למידה אמיתית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לתלמידים את המחוון המלא לצד הדף ולבקש להצביע על המקום המתאים בטבלה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ההתאמה בזוגות ולדון יחד בתשובות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תלמידים לתת דוגמה אמיתית מעבודה שעשו לאחרונה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מחוונים להערכת תהליך ותוצר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מחוון הוא טבלה שעוזרת לדעת כמה טוב עשינו עבודה. יש בה רמות: מצוין, טוב, מתפתח, עוד לא. נתרגל להבין אותה.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שמראה רמות שונות של הצלחה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קריטריון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ספציפי שבודקים בעבודה, למשל תכנון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תיעוד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או רישום של מה שעשינו בכל שלב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הערות שעוזרות לנו לשפר את העבודה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הדרך שעברנו עד לתוצר הסופי, לא רק הסוף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שימוש הוגן ב-AI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לציין בכנות שנעזרנו בבינה מלאכותית ומה שינינו בעצמנו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תצפית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שהמורה רואה ובודק בזמן העבודה בכיתה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כתוב "אני מתעד/ת"?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מחוון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מחוון תוצר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צ'קליסט תצפית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הכי טוב בקריטריון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המסר ברור ומקורי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המסר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המסר לא מספיק ברור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איפה כתוב "התמדה"?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מחוון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מחוון תוצר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צ'קליסט תצפית למורה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אף אחד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עמודות רמה יש בטבלה?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הכי טוב בקריטריון השימוש ב-AI?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ציינתי פרומפט ומה שיניתי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ציינתי שנעזרתי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ציינתי חלקית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ציינתי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קריטריון קשור להמשיך למרות קושי?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שאלות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שיתוף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שימוש ב-AI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"מצוין" בקריטריון "אני משפר/ת" כתוב שתיקנתי אחרי משוב והסברתי מה תיקנתי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במחוון התוצר החזותי, ברמת "עוד לא" בקריטריון "קשר לנושא" כתוב שהתוצר קשור חלקית לנושא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בצ'קליסט התצפית, הרמה הגבוהה ביותר בשימוש ב-AI היא "בודק/ת ומשנה"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מחוון התהליך מיועד רק לתלמידי כיתה א'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ברמת "מצוין" בקריטריון "אני חושב/ת על הלמידה" התלמיד/ה יודע/ת להגיד מה למד/ה ומה היה 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קריטריון לתיאור ברמת מצוין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אני מתכנן/ת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עוזר/ת ומקשיב/ה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רעיון ומסר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יש לי תכנון מסודר לכל השלבים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קשר לנושא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שואל/ת שאלות מקדמות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שאלות (תצפית)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מראה הבנה עמוקה של הנושא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שיתוף פעולה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המסר ברור ומקורי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בקריטריון "אני __________" ברמת מצוין כתוב: רשמתי ביומן בכל שלב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במחוון התוצר החזותי, הקריטריון שבודק הסבר על שימוש בבינה מלאכותית נקרא שימוש __________ ב-AI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ברמת "טוב" בקריטריון הסבר כתוב: הסברתי מה רואים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בצ'קליסט התצפית, הרמה הנמוכה ביותר בהתמדה היא "מוותר/ת __________"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מחוון התהליך בשפת ילדים מתאים לכל משימה ביסודי בכיתות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התהליך לפי המחוון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משוב ומשפרים את העבודה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ומספרים מה למדנו ומה היה קשה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מתעדים ביומן בכל שלב מה עשינו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 את העבודה ואת כל השלבים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והערכה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קריטריון אחד מהמחוון (תכנון, תיעוד, שיפור או חשיבה על הלמידה), וכתבו באיזו רמה אתם נמצאים כרגע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ההבדל בין שימוש הוגן בבינה מלאכותית לשימוש לא הוגן, לפי המחוון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קריטריון אחד שמופיע במחוון התהליך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הרמה מצוין לרמה עוד לא בקריטריון שבחרתם?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לציין בכנות שהשתמשנו בבינה מלאכותית?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מחוונים להערכת תהליך ותוצר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