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מחוונים להערכת תהליך ותוצר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הקריטריונים במחוון התהליך ובמחוון התוצר החזותי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ההבדל בין הרמות מצוין, טוב, מתפתח ועוד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הערכה עצמית לפי מחוון, כולל שימוש הוגן בבינה מלאכותית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מחוון 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המסר ברור ומקורי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צ'קליסט תצפית למורה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ציינתי פרומפט ומה שיניתי בעצמי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התמדה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במחוון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ברמת עוד לא כתוב שהתוצר לא קשור, קשור חלקית זה ברמת מתפתח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בצ'קליסט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המחוון מיועד לכיתות ג'-ו'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במחוון התהליך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בין קריטריון לתיאור ברמת מצוין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(יש לי תכנון מסודר לכל השלבים)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(המסר ברור ומקורי)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(מראה הבנה עמוקה של הנושא)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(שואל/ת שאלות מקדמות)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(עוזר/ת ומקשיב/ה)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מילה 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מתעד/ת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מה המסר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ג'-ו'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התהליך לפי המחוון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מתכננים את העבודה ואת כל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מתעדים ביומן בכל שלב מה עשינו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מקבלים משוב ומשפרים את העבודה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חושבים ומספרים מה למדנו ומה היה קשה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והערכה 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המתייחסת לקריטריון אחד, מציינת רמה (מצוין/טוב/מתפתח/עוד לא) ומסבירה בדוגמה מהעבודה האישית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שמזכירה שימוש הוגן כולל ציון שהשתמשנו, איזה פרומפט כתבנו ומה שינינו בעצמנו, לעומת העתקה בלי לציין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מזכירה אחד מהקריטריונים: תכנון, תיעוד, שיפור, חשיבה על 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שמראה הבנה שהרמות שונות בכמות ובאיכות הביצוע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הוגנות, שקיפות או למידה אמיתית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לתלמידים את המחוון המלא לצד הדף ולבקש להצביע על המקום המתאים בטבלה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את חלק ההתאמה בזוגות ולדון יחד בתשובות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תלמידים לתת דוגמה אמיתית מעבודה שעשו לאחרונה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מחוונים להערכת תהליך ותוצר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במחוונים אפשר לראות לא רק את התוצר הסופי, אלא גם איך עבדנו לאורך הדרך - איך תכננו, תיעדנו ושיפרנו. בדף הזה נתרגל להבין ולהשתמש במחוונים האלה.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מחוון מופיע הקריטריון "אני מתעד/ת"?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מחוון תהליך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מחוון תוצר חזותי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צ'קליסט תצפית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 מהם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הרמה הגבוהה ביותר בקריטריון "רעיון ומסר"?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המסר ברור ומקורי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המסר ברור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המסר לא מספיק ברור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מסר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מחוון מופיע הקריטריון "התמדה"?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מחוון תהליך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מחוון תוצר חזותי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צ'קליסט תצפית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 מהם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רמות יש בכל קריטריון במחוונים?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הרמה הכי גבוהה בקריטריון "שימוש הוגן ב-AI" במחוון התוצר החזותי?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ציינתי פרומפט ומה שיניתי בעצמי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ציינתי שנעזרתי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ציינתי חלקית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ציינתי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קריטריון בודק אם התלמיד/ה ממשיך/ה לעבוד גם כשקשה?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שיתוף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שימוש ב-AI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ברמת "מצוין" בקריטריון "אני משפר/ת" כתוב שתיקנתי אחרי משוב והסברתי מה תיקנתי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במחוון התוצר החזותי, ברמת "עוד לא" בקריטריון "קשר לנושא" כתוב שהתוצר קשור חלקית לנושא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בצ'קליסט התצפית, הרמה הגבוהה ביותר בשימוש ב-AI היא "בודק/ת ומשנה"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מחוון התהליך מיועד רק לתלמידי כיתה א'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ברמת "מצוין" בקריטריון "אני חושב/ת על הלמידה" התלמיד/ה יודע/ת להגיד מה למד/ה ומה היה קשה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בין קריטריון לתיאור ברמת מצוין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אני מתכנן/ת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המסר ברור ומקורי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רעיון ומסר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עוזר/ת ומקשיב/ה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קשר לנושא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יש לי תכנון מסודר לכל השלבים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שאלות (תצפית)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מראה הבנה עמוקה של הנושא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שיתוף פעולה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שואל/ת שאלות מקדמות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מילה 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בקריטריון "אני __________" ברמת מצוין כתוב: רשמתי ביומן בכל 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במחוון התוצר החזותי, הקריטריון שבודק הסבר על שימוש בבינה מלאכותית נקרא שימוש __________ ב-AI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ברמת "טוב" בקריטריון הסבר כתוב: הסברתי מה רואים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בצ'קליסט התצפית, הרמה הנמוכה ביותר בהתמדה היא "מוותר/ת __________"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מחוון התהליך בשפת ילדים מתאים לכל משימה ביסודי בכיתות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התהליך לפי המחוון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מקבלים משוב ומשפרים את העבודה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חושבים ומספרים מה למדנו ומה היה קשה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מתעדים ביומן בכל שלב מה עשינו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מתכננים את העבודה ואת כל השלבים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והערכה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קריטריון אחד מהמחוון (תכנון, תיעוד, שיפור או חשיבה על הלמידה), וכתבו באיזו רמה אתם נמצאים כרגע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מה ההבדל בין שימוש הוגן בבינה מלאכותית לשימוש לא הוגן, לפי המחוון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קריטריון אחד שמופיע במחוון התהליך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הרמה מצוין לרמה עוד לא בקריטריון שבחרתם?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לציין בכנות שהשתמשנו בבינה מלאכותית?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מחוונים להערכת תהליך ותוצר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